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val="0"/>
        <w:widowControl/>
      </w:pPr>
      <w:r>
        <w:t>Obrazac za jednostrani raskid ugovora</w:t>
      </w:r>
    </w:p>
    <w:p>
      <w:pPr>
        <w:pageBreakBefore w:val="0"/>
        <w:widowControl/>
      </w:pPr>
      <w:r>
        <w:t>Ispunite i pošaljite ako želite jednostrano raskinuti ugovor. Možete koristiti i drugu nedvosmislenu izjavu o raskidu.</w:t>
      </w:r>
    </w:p>
    <w:p>
      <w:pPr>
        <w:pageBreakBefore w:val="0"/>
        <w:widowControl/>
      </w:pPr>
      <w:r>
        <w:t>Prima: HOLOGRAF ART d.o.o. za usluge</w:t>
        <w:br/>
        <w:t>Slavenskoga ulica 27, 10000 Zagreb</w:t>
        <w:br/>
        <w:t>E-mail: holograf.shop@gmail.com</w:t>
        <w:br/>
        <w:t>OIB: 59508222673  |  MBS: 080872268</w:t>
      </w:r>
    </w:p>
    <w:p>
      <w:pPr>
        <w:pStyle w:val="Heading1"/>
        <w:pageBreakBefore w:val="0"/>
        <w:widowControl/>
      </w:pPr>
      <w:r>
        <w:t>Podaci potrošača</w:t>
      </w:r>
    </w:p>
    <w:p>
      <w:pPr>
        <w:pageBreakBefore w:val="0"/>
        <w:widowControl/>
        <w:spacing w:after="240"/>
      </w:pPr>
      <w:r>
        <w:t>Ime i prezime:</w:t>
        <w:br/>
        <w:t>________________________________________________________________</w:t>
      </w:r>
    </w:p>
    <w:p>
      <w:pPr>
        <w:pageBreakBefore w:val="0"/>
        <w:widowControl/>
        <w:spacing w:after="240"/>
      </w:pPr>
      <w:r>
        <w:t>Adresa:</w:t>
        <w:br/>
        <w:t>________________________________________________________________</w:t>
      </w:r>
    </w:p>
    <w:p>
      <w:pPr>
        <w:pageBreakBefore w:val="0"/>
        <w:widowControl/>
        <w:spacing w:after="240"/>
      </w:pPr>
      <w:r>
        <w:t>E-mail ili telefon za kontakt:</w:t>
        <w:br/>
        <w:t>________________________________________________________________</w:t>
      </w:r>
    </w:p>
    <w:p>
      <w:pPr>
        <w:pStyle w:val="Heading1"/>
        <w:pageBreakBefore w:val="0"/>
        <w:widowControl/>
      </w:pPr>
      <w:r>
        <w:t>Izjava o raskidu</w:t>
      </w:r>
    </w:p>
    <w:p>
      <w:pPr>
        <w:pageBreakBefore w:val="0"/>
        <w:widowControl/>
      </w:pPr>
      <w:r>
        <w:t>Ja, gore navedeni potrošač, ovim izjavljujem da jednostrano raskidam ugovor o prodaji sljedeće robe:</w:t>
      </w:r>
    </w:p>
    <w:p>
      <w:pPr>
        <w:pageBreakBefore w:val="0"/>
        <w:widowControl/>
      </w:pPr>
      <w:r>
        <w:t>________________________________________________________________</w:t>
        <w:br/>
        <w:br/>
        <w:t>________________________________________________________________</w:t>
      </w:r>
    </w:p>
    <w:p>
      <w:pPr>
        <w:pageBreakBefore w:val="0"/>
        <w:widowControl/>
      </w:pPr>
      <w:r>
        <w:t>Naručeno dana: __________________   Primljeno dana: __________________</w:t>
      </w:r>
    </w:p>
    <w:p>
      <w:pPr>
        <w:pageBreakBefore w:val="0"/>
        <w:widowControl/>
      </w:pPr>
      <w:r>
        <w:t>Broj narudžbe ili računa, ako je dostupan: ______________________________</w:t>
      </w:r>
    </w:p>
    <w:p>
      <w:pPr>
        <w:pageBreakBefore w:val="0"/>
        <w:widowControl/>
      </w:pPr>
      <w:r>
        <w:t>Datum: __________________________</w:t>
      </w:r>
    </w:p>
    <w:p>
      <w:pPr>
        <w:pageBreakBefore w:val="0"/>
        <w:widowControl/>
      </w:pPr>
      <w:r>
        <w:t>Potpis potrošača: __________________________________________________</w:t>
        <w:br/>
        <w:t>Potpis je potreban samo ako se obrazac podnosi na papiru.</w:t>
      </w:r>
    </w:p>
    <w:p>
      <w:pPr>
        <w:pageBreakBefore w:val="0"/>
        <w:widowControl/>
      </w:pPr>
      <w:r>
        <w:t>Za raskid nije potrebno navoditi razlog. Pravo na raskid bez navođenja razloga ne postoji za robu izrađenu po specifikaciji potrošača ili jasno prilagođenu potrošaču. To ne utječe na prava zbog materijalnih nedostataka.</w:t>
      </w:r>
    </w:p>
    <w:p>
      <w:pPr>
        <w:pageBreakBefore w:val="0"/>
        <w:widowControl/>
      </w:pPr>
      <w:r>
        <w:t>Raskid možete podnijeti i putem poveznice „Raskid ugovora” u podnožju holograf-art.hr. Nakon podnošenja primit ćete e-mail s potvrdom primitka, sadržajem izjave te datumom i vremenom podnošenja.</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HOLOgraf ART  •  4. listopada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HOLOgraf ART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Obrazac za jednostrani raskid ugovora</dc:title>
  <dc:subject/>
  <dc:creator>HOLOGRAF ART d.o.o. za usluge</dc:creator>
  <cp:keywords/>
  <dc:description>generated by python-docx</dc:description>
  <cp:lastModifiedBy>HOLOGRAF ART</cp:lastModifiedBy>
  <cp:revision>1</cp:revision>
  <dcterms:created xsi:type="dcterms:W3CDTF">2013-12-23T23:15:00Z</dcterms:created>
  <dcterms:modified xsi:type="dcterms:W3CDTF">2026-10-04T12:00:00Z</dcterms:modified>
  <cp:category/>
</cp:coreProperties>
</file>